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משפטים קצרים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ליער ולאור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 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ירד חושך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חיה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קורה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שקורה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מאיה לוקחת את האבן ומשתמשת באור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(אין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(ראתה ולקחה 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(עושה טוב למישהו)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הולכת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השמש שוקעת ויורד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רואה אור קטן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 מוצאת אבן מאירה וחוזרת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רצתה לדעת מה זה ולמצוא 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התחלה, אירוע ומצב סיום בעברית תקינה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של האבן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ציור ליד המשימה הפתוחה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מאיה והאבן המאירה. מאיה הולכת ביער, פוגשת חושך ואור, ועוזרת לחיה קטנה.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 –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הגיבורה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מאיה מוצאת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מאיה צריכה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ירד חושך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רוצה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מחפשת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את מי מאיה פוגשת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אבא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קורה 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שמאירה.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בורחת הביתה בלי האבן כי היא מפחדת.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עוזרת לחיה קטנה ביער.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מוצאת __________ מאירה ביער.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השמש שוקעת ויורד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מאיה הולכת לכיוון ה__________ הקטן.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מאיה פוגשת __________ קטנה ביער.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מאיה __________ את הדרך הביתה בעזרת האבן.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עושה טוב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ראתה ולקחה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אין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עוזרת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נותנת 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מאירה וחוזרת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רואה אור קטן בין העצים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הולכת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שוקעת ויורד 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מאיה הלכה לכיוון האור ולא נשארה במקום?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או ציירו הרפתקה קטנה שלכם ביער: מה הייתם מוצאים ואיך הייתם חוזרים הביתה?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קורה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מאיה מוצאת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עזר למאיה למצוא את הדרך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