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משפטים קצרים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ליער ולאור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 –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אבן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ירד חושך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חיה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קורה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מה שקורה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מאיה לוקחת את האבן ומשתמשת באור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(אין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(ראתה ולקחה 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(עושה טוב למישהו)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הולכת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השמש שוקעת ויורד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רואה אור קטן בין העצים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 מוצאת אבן מאירה וחוזרת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רצתה לדעת מה זה ולמצוא דרך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התחלה, אירוע ומצב סיום בעברית תקינה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האור של האבן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ציור ליד המשימה הפתוחה כדי לחזק 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מאיה. מאיה הולכת ביער. היא מוצאת אבן שמאירה. נענה על שאלות קטנות.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יַעַר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הרבה עצים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חֹשֶׁךְ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אור, לא רואים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מְאִירָה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נותנת 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מָצְאָה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ראתה ולקחה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אוֹר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שעוזר לראות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עוֹזֶרֶת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עושה משהו טוב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הַרְפַּתְקָה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מעניין ומרגש שקורה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 –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לילדה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מאיה מוצאת?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מאיה צריכה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ירד חושך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רוצה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מחפשת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את מי מאיה פוגשת?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אבא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קורה 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מוצאת אבן שמאירה.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בורחת הביתה בלי האבן כי היא מפחדת.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עוזרת לחיה קטנה ביער.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מוצאת __________ מאירה ביער.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השמש שוקעת ויורד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מאיה הולכת לכיוון ה__________ הקטן.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מאיה פוגשת __________ קטנה ביער.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מאיה __________ את הדרך הביתה בעזרת האבן.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נותנת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עושה טוב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ראתה ולקחה 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עוזרת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אין 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–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שוקעת ויורד חושך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מוצאת אבן מאירה וחוזרת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הולכת ביער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רואה אור קטן בין העצים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מאיה הלכה לכיוון האור ולא נשארה במקום?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או ציירו הרפתקה קטנה שלכם ביער: מה הייתם מוצאים ואיך הייתם חוזרים הביתה?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קורה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מאיה מוצאת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עזר למאיה למצוא את הדרך הביתה?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מאיה והאבן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